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137" w:type="dxa"/>
        <w:tblLayout w:type="fixed"/>
        <w:tblLook w:val="04A0" w:firstRow="1" w:lastRow="0" w:firstColumn="1" w:lastColumn="0" w:noHBand="0" w:noVBand="1"/>
      </w:tblPr>
      <w:tblGrid>
        <w:gridCol w:w="5782"/>
        <w:gridCol w:w="7909"/>
      </w:tblGrid>
      <w:tr w:rsidR="007254C7" w:rsidRPr="004C46F5" w14:paraId="55168B6D" w14:textId="77777777" w:rsidTr="004C46F5">
        <w:tc>
          <w:tcPr>
            <w:tcW w:w="5782" w:type="dxa"/>
            <w:shd w:val="clear" w:color="auto" w:fill="163A5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0F7D1A" w14:textId="77777777" w:rsidR="007254C7" w:rsidRDefault="001F29EA">
            <w:pPr>
              <w:spacing w:after="0"/>
              <w:jc w:val="center"/>
            </w:pPr>
            <w:r>
              <w:rPr>
                <w:b/>
                <w:color w:val="FFFFFF"/>
                <w:sz w:val="30"/>
              </w:rPr>
              <w:t>ARCHERS D'HEROUVILLE</w:t>
            </w:r>
          </w:p>
        </w:tc>
        <w:tc>
          <w:tcPr>
            <w:tcW w:w="7909" w:type="dxa"/>
            <w:shd w:val="clear" w:color="auto" w:fill="163A5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3F1506" w14:textId="2594AA1C" w:rsidR="007254C7" w:rsidRPr="004C46F5" w:rsidRDefault="001F29EA">
            <w:pPr>
              <w:spacing w:after="0"/>
              <w:jc w:val="center"/>
              <w:rPr>
                <w:lang w:val="fr-FR"/>
              </w:rPr>
            </w:pPr>
            <w:r w:rsidRPr="004C46F5">
              <w:rPr>
                <w:b/>
                <w:color w:val="FFFFFF"/>
                <w:sz w:val="32"/>
                <w:lang w:val="fr-FR"/>
              </w:rPr>
              <w:t>BON DE COMMANDE - TENUES DU CLUB</w:t>
            </w:r>
          </w:p>
        </w:tc>
      </w:tr>
    </w:tbl>
    <w:p w14:paraId="5CEFC55D" w14:textId="53AE2D67" w:rsidR="007254C7" w:rsidRPr="004C46F5" w:rsidRDefault="001F29EA">
      <w:pPr>
        <w:spacing w:before="60" w:after="80"/>
        <w:jc w:val="center"/>
        <w:rPr>
          <w:lang w:val="fr-FR"/>
        </w:rPr>
      </w:pPr>
      <w:r w:rsidRPr="004C46F5">
        <w:rPr>
          <w:i/>
          <w:color w:val="5B6570"/>
          <w:sz w:val="16"/>
          <w:lang w:val="fr-FR"/>
        </w:rPr>
        <w:t>A compléter lisiblement et à remettre avec le règlement.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54"/>
        <w:gridCol w:w="3954"/>
        <w:gridCol w:w="3954"/>
        <w:gridCol w:w="3954"/>
      </w:tblGrid>
      <w:tr w:rsidR="007254C7" w14:paraId="63FD15F4" w14:textId="77777777">
        <w:trPr>
          <w:jc w:val="center"/>
        </w:trPr>
        <w:tc>
          <w:tcPr>
            <w:tcW w:w="3954" w:type="dxa"/>
            <w:shd w:val="clear" w:color="auto" w:fill="DCE8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7368C8" w14:textId="2613311A" w:rsidR="007254C7" w:rsidRDefault="001F29EA">
            <w:pPr>
              <w:spacing w:after="0"/>
            </w:pPr>
            <w:r>
              <w:rPr>
                <w:b/>
                <w:color w:val="163A5F"/>
              </w:rPr>
              <w:t>Nom</w:t>
            </w:r>
          </w:p>
        </w:tc>
        <w:tc>
          <w:tcPr>
            <w:tcW w:w="395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87C55A" w14:textId="77777777" w:rsidR="007254C7" w:rsidRDefault="001F29EA">
            <w:pPr>
              <w:spacing w:after="0"/>
            </w:pPr>
            <w:r>
              <w:rPr>
                <w:color w:val="000000"/>
              </w:rPr>
              <w:t>................................................................</w:t>
            </w:r>
          </w:p>
        </w:tc>
        <w:tc>
          <w:tcPr>
            <w:tcW w:w="3954" w:type="dxa"/>
            <w:shd w:val="clear" w:color="auto" w:fill="DCE8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AB01E8" w14:textId="77777777" w:rsidR="007254C7" w:rsidRDefault="001F29EA">
            <w:pPr>
              <w:spacing w:after="0"/>
            </w:pPr>
            <w:r>
              <w:rPr>
                <w:b/>
                <w:color w:val="163A5F"/>
              </w:rPr>
              <w:t>Téléphone</w:t>
            </w:r>
          </w:p>
        </w:tc>
        <w:tc>
          <w:tcPr>
            <w:tcW w:w="395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7516EB" w14:textId="0EA35766" w:rsidR="007254C7" w:rsidRDefault="001F29EA">
            <w:pPr>
              <w:spacing w:after="0"/>
            </w:pPr>
            <w:r>
              <w:rPr>
                <w:color w:val="000000"/>
              </w:rPr>
              <w:t>................................................................</w:t>
            </w:r>
          </w:p>
        </w:tc>
      </w:tr>
      <w:tr w:rsidR="007254C7" w14:paraId="34BCA178" w14:textId="77777777">
        <w:trPr>
          <w:jc w:val="center"/>
        </w:trPr>
        <w:tc>
          <w:tcPr>
            <w:tcW w:w="3954" w:type="dxa"/>
            <w:shd w:val="clear" w:color="auto" w:fill="DCE8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4010A5" w14:textId="77D1512A" w:rsidR="007254C7" w:rsidRDefault="004C46F5">
            <w:pPr>
              <w:spacing w:after="0"/>
            </w:pPr>
            <w:proofErr w:type="spellStart"/>
            <w:r>
              <w:rPr>
                <w:b/>
                <w:color w:val="163A5F"/>
              </w:rPr>
              <w:t>Prénom</w:t>
            </w:r>
            <w:proofErr w:type="spellEnd"/>
          </w:p>
        </w:tc>
        <w:tc>
          <w:tcPr>
            <w:tcW w:w="395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CB966E" w14:textId="77777777" w:rsidR="007254C7" w:rsidRDefault="001F29EA">
            <w:pPr>
              <w:spacing w:after="0"/>
            </w:pPr>
            <w:r>
              <w:rPr>
                <w:color w:val="000000"/>
              </w:rPr>
              <w:t>................................................................</w:t>
            </w:r>
          </w:p>
        </w:tc>
        <w:tc>
          <w:tcPr>
            <w:tcW w:w="3954" w:type="dxa"/>
            <w:shd w:val="clear" w:color="auto" w:fill="DCE8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56E9FB" w14:textId="77777777" w:rsidR="007254C7" w:rsidRDefault="001F29EA">
            <w:pPr>
              <w:spacing w:after="0"/>
            </w:pPr>
            <w:r>
              <w:rPr>
                <w:b/>
                <w:color w:val="163A5F"/>
              </w:rPr>
              <w:t>E-mail</w:t>
            </w:r>
          </w:p>
        </w:tc>
        <w:tc>
          <w:tcPr>
            <w:tcW w:w="395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5B0ADC" w14:textId="77AB52D2" w:rsidR="007254C7" w:rsidRDefault="001F29EA">
            <w:pPr>
              <w:spacing w:after="0"/>
            </w:pPr>
            <w:r>
              <w:rPr>
                <w:color w:val="000000"/>
              </w:rPr>
              <w:t>................................................................</w:t>
            </w:r>
          </w:p>
        </w:tc>
      </w:tr>
    </w:tbl>
    <w:p w14:paraId="438B42B3" w14:textId="1AC524BB" w:rsidR="007254C7" w:rsidRDefault="001F29EA">
      <w:pPr>
        <w:spacing w:before="80" w:after="40"/>
      </w:pPr>
      <w:r>
        <w:rPr>
          <w:b/>
          <w:color w:val="163A5F"/>
          <w:sz w:val="20"/>
        </w:rPr>
        <w:t>COMMANDE</w:t>
      </w:r>
    </w:p>
    <w:tbl>
      <w:tblPr>
        <w:tblStyle w:val="Grilledutableau"/>
        <w:tblW w:w="15820" w:type="dxa"/>
        <w:jc w:val="center"/>
        <w:tblLayout w:type="fixed"/>
        <w:tblLook w:val="04A0" w:firstRow="1" w:lastRow="0" w:firstColumn="1" w:lastColumn="0" w:noHBand="0" w:noVBand="1"/>
      </w:tblPr>
      <w:tblGrid>
        <w:gridCol w:w="2260"/>
        <w:gridCol w:w="2260"/>
        <w:gridCol w:w="2260"/>
        <w:gridCol w:w="2260"/>
        <w:gridCol w:w="2260"/>
        <w:gridCol w:w="2260"/>
        <w:gridCol w:w="2260"/>
      </w:tblGrid>
      <w:tr w:rsidR="007254C7" w14:paraId="2427C1A2" w14:textId="77777777" w:rsidTr="00883087">
        <w:trPr>
          <w:tblHeader/>
          <w:jc w:val="center"/>
        </w:trPr>
        <w:tc>
          <w:tcPr>
            <w:tcW w:w="2260" w:type="dxa"/>
            <w:shd w:val="clear" w:color="auto" w:fill="163A5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8A9927" w14:textId="5B5CEDE3" w:rsidR="007254C7" w:rsidRDefault="001F29EA">
            <w:pPr>
              <w:jc w:val="center"/>
            </w:pPr>
            <w:r>
              <w:rPr>
                <w:b/>
                <w:color w:val="FFFFFF"/>
                <w:sz w:val="17"/>
              </w:rPr>
              <w:t>Article</w:t>
            </w:r>
          </w:p>
        </w:tc>
        <w:tc>
          <w:tcPr>
            <w:tcW w:w="2260" w:type="dxa"/>
            <w:shd w:val="clear" w:color="auto" w:fill="163A5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225BFC" w14:textId="4E7BA687" w:rsidR="007254C7" w:rsidRDefault="004C46F5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Référence</w:t>
            </w:r>
            <w:proofErr w:type="spellEnd"/>
          </w:p>
        </w:tc>
        <w:tc>
          <w:tcPr>
            <w:tcW w:w="2260" w:type="dxa"/>
            <w:shd w:val="clear" w:color="auto" w:fill="163A5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2FC52F" w14:textId="6421FAF6" w:rsidR="007254C7" w:rsidRDefault="001F29EA">
            <w:pPr>
              <w:jc w:val="center"/>
            </w:pPr>
            <w:r>
              <w:rPr>
                <w:b/>
                <w:color w:val="FFFFFF"/>
                <w:sz w:val="17"/>
              </w:rPr>
              <w:t>Couleur</w:t>
            </w:r>
          </w:p>
        </w:tc>
        <w:tc>
          <w:tcPr>
            <w:tcW w:w="2260" w:type="dxa"/>
            <w:shd w:val="clear" w:color="auto" w:fill="163A5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AC98FB" w14:textId="3CAD6202" w:rsidR="007254C7" w:rsidRDefault="001F29EA">
            <w:pPr>
              <w:jc w:val="center"/>
            </w:pPr>
            <w:r>
              <w:rPr>
                <w:b/>
                <w:color w:val="FFFFFF"/>
                <w:sz w:val="17"/>
              </w:rPr>
              <w:t>Taille</w:t>
            </w:r>
          </w:p>
        </w:tc>
        <w:tc>
          <w:tcPr>
            <w:tcW w:w="2260" w:type="dxa"/>
            <w:shd w:val="clear" w:color="auto" w:fill="163A5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75A73C" w14:textId="2B97C7DB" w:rsidR="007254C7" w:rsidRDefault="001F29EA">
            <w:pPr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Q</w:t>
            </w:r>
            <w:r w:rsidR="004C46F5">
              <w:rPr>
                <w:b/>
                <w:color w:val="FFFFFF"/>
                <w:sz w:val="17"/>
              </w:rPr>
              <w:t>uanti</w:t>
            </w:r>
            <w:r>
              <w:rPr>
                <w:b/>
                <w:color w:val="FFFFFF"/>
                <w:sz w:val="17"/>
              </w:rPr>
              <w:t>té</w:t>
            </w:r>
            <w:proofErr w:type="spellEnd"/>
          </w:p>
        </w:tc>
        <w:tc>
          <w:tcPr>
            <w:tcW w:w="2260" w:type="dxa"/>
            <w:shd w:val="clear" w:color="auto" w:fill="163A5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9D584E" w14:textId="2E9630B2" w:rsidR="007254C7" w:rsidRDefault="001F29EA">
            <w:pPr>
              <w:jc w:val="center"/>
            </w:pPr>
            <w:r>
              <w:rPr>
                <w:b/>
                <w:color w:val="FFFFFF"/>
                <w:sz w:val="17"/>
              </w:rPr>
              <w:t xml:space="preserve">Prix </w:t>
            </w:r>
            <w:proofErr w:type="spellStart"/>
            <w:r>
              <w:rPr>
                <w:b/>
                <w:color w:val="FFFFFF"/>
                <w:sz w:val="17"/>
              </w:rPr>
              <w:t>unit</w:t>
            </w:r>
            <w:r w:rsidR="004C46F5">
              <w:rPr>
                <w:b/>
                <w:color w:val="FFFFFF"/>
                <w:sz w:val="17"/>
              </w:rPr>
              <w:t>aire</w:t>
            </w:r>
            <w:proofErr w:type="spellEnd"/>
          </w:p>
        </w:tc>
        <w:tc>
          <w:tcPr>
            <w:tcW w:w="2260" w:type="dxa"/>
            <w:shd w:val="clear" w:color="auto" w:fill="163A5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5161F5" w14:textId="77777777" w:rsidR="007254C7" w:rsidRDefault="001F29EA">
            <w:pPr>
              <w:jc w:val="center"/>
            </w:pPr>
            <w:r>
              <w:rPr>
                <w:b/>
                <w:color w:val="FFFFFF"/>
                <w:sz w:val="17"/>
              </w:rPr>
              <w:t>Total</w:t>
            </w:r>
          </w:p>
        </w:tc>
      </w:tr>
      <w:tr w:rsidR="007254C7" w:rsidRPr="00325E38" w14:paraId="75B32838" w14:textId="77777777" w:rsidTr="00883087">
        <w:trPr>
          <w:trHeight w:val="408"/>
          <w:jc w:val="center"/>
        </w:trPr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3C1E39" w14:textId="49C7CBB7" w:rsidR="007254C7" w:rsidRPr="00325E38" w:rsidRDefault="001F29EA">
            <w:pPr>
              <w:rPr>
                <w:lang w:val="fr-FR"/>
              </w:rPr>
            </w:pPr>
            <w:r w:rsidRPr="00325E38">
              <w:rPr>
                <w:color w:val="666666"/>
                <w:sz w:val="17"/>
                <w:lang w:val="fr-FR"/>
              </w:rPr>
              <w:t>Ex. : polo</w:t>
            </w:r>
            <w:r w:rsidR="00325E38" w:rsidRPr="00325E38">
              <w:rPr>
                <w:color w:val="666666"/>
                <w:sz w:val="17"/>
                <w:lang w:val="fr-FR"/>
              </w:rPr>
              <w:t xml:space="preserve"> piqué manches c</w:t>
            </w:r>
            <w:r w:rsidR="00325E38">
              <w:rPr>
                <w:color w:val="666666"/>
                <w:sz w:val="17"/>
                <w:lang w:val="fr-FR"/>
              </w:rPr>
              <w:t>ourtes homme</w:t>
            </w: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60374A" w14:textId="4F88B7EE" w:rsidR="007254C7" w:rsidRPr="00325E38" w:rsidRDefault="00325E38" w:rsidP="00325E38">
            <w:pPr>
              <w:jc w:val="center"/>
              <w:rPr>
                <w:lang w:val="fr-FR"/>
              </w:rPr>
            </w:pPr>
            <w:r w:rsidRPr="00325E38">
              <w:rPr>
                <w:color w:val="666666"/>
                <w:sz w:val="17"/>
                <w:lang w:val="fr-FR"/>
              </w:rPr>
              <w:t>K254</w:t>
            </w: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35EFC4" w14:textId="3B50B862" w:rsidR="007254C7" w:rsidRPr="00325E38" w:rsidRDefault="00325E38" w:rsidP="00325E38">
            <w:pPr>
              <w:jc w:val="center"/>
              <w:rPr>
                <w:lang w:val="fr-FR"/>
              </w:rPr>
            </w:pPr>
            <w:r w:rsidRPr="00325E38">
              <w:rPr>
                <w:color w:val="666666"/>
                <w:sz w:val="17"/>
                <w:lang w:val="fr-FR"/>
              </w:rPr>
              <w:t>Navy</w:t>
            </w: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3C22E5" w14:textId="79125E3C" w:rsidR="007254C7" w:rsidRPr="00325E38" w:rsidRDefault="00325E38" w:rsidP="00325E38">
            <w:pPr>
              <w:jc w:val="center"/>
              <w:rPr>
                <w:lang w:val="fr-FR"/>
              </w:rPr>
            </w:pPr>
            <w:r w:rsidRPr="00325E38">
              <w:rPr>
                <w:color w:val="666666"/>
                <w:sz w:val="17"/>
                <w:lang w:val="fr-FR"/>
              </w:rPr>
              <w:t>XL</w:t>
            </w: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138C39" w14:textId="4AA65BDF" w:rsidR="007254C7" w:rsidRPr="00325E38" w:rsidRDefault="00325E38" w:rsidP="00325E38">
            <w:pPr>
              <w:jc w:val="center"/>
              <w:rPr>
                <w:lang w:val="fr-FR"/>
              </w:rPr>
            </w:pPr>
            <w:r>
              <w:rPr>
                <w:color w:val="666666"/>
                <w:sz w:val="17"/>
                <w:lang w:val="fr-FR"/>
              </w:rPr>
              <w:t>2</w:t>
            </w: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F7492A" w14:textId="6C3AB6EB" w:rsidR="007254C7" w:rsidRPr="00325E38" w:rsidRDefault="00325E38" w:rsidP="00325E38">
            <w:pPr>
              <w:jc w:val="center"/>
              <w:rPr>
                <w:lang w:val="fr-FR"/>
              </w:rPr>
            </w:pPr>
            <w:r w:rsidRPr="00325E38">
              <w:rPr>
                <w:color w:val="666666"/>
                <w:sz w:val="17"/>
                <w:lang w:val="fr-FR"/>
              </w:rPr>
              <w:t>14 €</w:t>
            </w: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BE9DA8" w14:textId="50050FF0" w:rsidR="007254C7" w:rsidRPr="00325E38" w:rsidRDefault="00325E38" w:rsidP="00325E38">
            <w:pPr>
              <w:jc w:val="center"/>
              <w:rPr>
                <w:lang w:val="fr-FR"/>
              </w:rPr>
            </w:pPr>
            <w:r>
              <w:rPr>
                <w:color w:val="666666"/>
                <w:sz w:val="17"/>
                <w:lang w:val="fr-FR"/>
              </w:rPr>
              <w:t xml:space="preserve">28 </w:t>
            </w:r>
            <w:r w:rsidRPr="00325E38">
              <w:rPr>
                <w:color w:val="666666"/>
                <w:sz w:val="17"/>
                <w:lang w:val="fr-FR"/>
              </w:rPr>
              <w:t>€</w:t>
            </w:r>
          </w:p>
        </w:tc>
      </w:tr>
      <w:tr w:rsidR="007254C7" w:rsidRPr="00325E38" w14:paraId="2E4410EB" w14:textId="77777777" w:rsidTr="00883087">
        <w:trPr>
          <w:trHeight w:val="408"/>
          <w:jc w:val="center"/>
        </w:trPr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1AE5A6" w14:textId="387A97DC" w:rsidR="007254C7" w:rsidRPr="00325E38" w:rsidRDefault="007254C7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E91482" w14:textId="0C61E1A0" w:rsidR="007254C7" w:rsidRPr="00325E38" w:rsidRDefault="007254C7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C474CD" w14:textId="77777777" w:rsidR="007254C7" w:rsidRPr="00325E38" w:rsidRDefault="007254C7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C1B170" w14:textId="66742FDF" w:rsidR="007254C7" w:rsidRPr="00325E38" w:rsidRDefault="007254C7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C11525" w14:textId="4FBC53F4" w:rsidR="007254C7" w:rsidRPr="00325E38" w:rsidRDefault="007254C7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54DEDE" w14:textId="5C68150F" w:rsidR="007254C7" w:rsidRPr="00325E38" w:rsidRDefault="007254C7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F6CDDC" w14:textId="77777777" w:rsidR="007254C7" w:rsidRPr="00325E38" w:rsidRDefault="007254C7">
            <w:pPr>
              <w:jc w:val="center"/>
              <w:rPr>
                <w:lang w:val="fr-FR"/>
              </w:rPr>
            </w:pPr>
          </w:p>
        </w:tc>
      </w:tr>
      <w:tr w:rsidR="007254C7" w:rsidRPr="00325E38" w14:paraId="48B85523" w14:textId="77777777" w:rsidTr="00883087">
        <w:trPr>
          <w:trHeight w:val="408"/>
          <w:jc w:val="center"/>
        </w:trPr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49D05B" w14:textId="6CCA2F18" w:rsidR="007254C7" w:rsidRPr="00325E38" w:rsidRDefault="007254C7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CAE364" w14:textId="2017D5BA" w:rsidR="007254C7" w:rsidRPr="00325E38" w:rsidRDefault="007254C7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822CDF" w14:textId="326526A6" w:rsidR="007254C7" w:rsidRPr="00325E38" w:rsidRDefault="007254C7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005408" w14:textId="77777777" w:rsidR="007254C7" w:rsidRPr="00325E38" w:rsidRDefault="007254C7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A49BC2" w14:textId="77777777" w:rsidR="007254C7" w:rsidRPr="00325E38" w:rsidRDefault="007254C7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F84E0C" w14:textId="77777777" w:rsidR="007254C7" w:rsidRPr="00325E38" w:rsidRDefault="007254C7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D703C3" w14:textId="77777777" w:rsidR="007254C7" w:rsidRPr="00325E38" w:rsidRDefault="007254C7">
            <w:pPr>
              <w:jc w:val="center"/>
              <w:rPr>
                <w:lang w:val="fr-FR"/>
              </w:rPr>
            </w:pPr>
          </w:p>
        </w:tc>
      </w:tr>
      <w:tr w:rsidR="007254C7" w:rsidRPr="00325E38" w14:paraId="08576448" w14:textId="77777777" w:rsidTr="00883087">
        <w:trPr>
          <w:trHeight w:val="408"/>
          <w:jc w:val="center"/>
        </w:trPr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A6FEF2" w14:textId="5C233A94" w:rsidR="007254C7" w:rsidRPr="00325E38" w:rsidRDefault="007254C7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8F84F2" w14:textId="77777777" w:rsidR="007254C7" w:rsidRPr="00325E38" w:rsidRDefault="007254C7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EC1B7F" w14:textId="77777777" w:rsidR="007254C7" w:rsidRPr="00325E38" w:rsidRDefault="007254C7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E799F8" w14:textId="77777777" w:rsidR="007254C7" w:rsidRPr="00325E38" w:rsidRDefault="007254C7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0AC031" w14:textId="77777777" w:rsidR="007254C7" w:rsidRPr="00325E38" w:rsidRDefault="007254C7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7C16CE" w14:textId="77777777" w:rsidR="007254C7" w:rsidRPr="00325E38" w:rsidRDefault="007254C7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83B22D" w14:textId="77777777" w:rsidR="007254C7" w:rsidRPr="00325E38" w:rsidRDefault="007254C7">
            <w:pPr>
              <w:jc w:val="center"/>
              <w:rPr>
                <w:lang w:val="fr-FR"/>
              </w:rPr>
            </w:pPr>
          </w:p>
        </w:tc>
      </w:tr>
      <w:tr w:rsidR="007254C7" w:rsidRPr="00325E38" w14:paraId="6C90529F" w14:textId="77777777" w:rsidTr="00883087">
        <w:trPr>
          <w:trHeight w:val="408"/>
          <w:jc w:val="center"/>
        </w:trPr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AEE245" w14:textId="5D19939A" w:rsidR="007254C7" w:rsidRPr="00325E38" w:rsidRDefault="007254C7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2B28D1" w14:textId="380A475E" w:rsidR="007254C7" w:rsidRPr="00325E38" w:rsidRDefault="007254C7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C992CC" w14:textId="0CB3276C" w:rsidR="007254C7" w:rsidRPr="00325E38" w:rsidRDefault="007254C7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1170C8" w14:textId="77777777" w:rsidR="007254C7" w:rsidRPr="00325E38" w:rsidRDefault="007254C7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2065E0" w14:textId="77777777" w:rsidR="007254C7" w:rsidRPr="00325E38" w:rsidRDefault="007254C7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F10536" w14:textId="77777777" w:rsidR="007254C7" w:rsidRPr="00325E38" w:rsidRDefault="007254C7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61C35B" w14:textId="77777777" w:rsidR="007254C7" w:rsidRPr="00325E38" w:rsidRDefault="007254C7">
            <w:pPr>
              <w:jc w:val="center"/>
              <w:rPr>
                <w:lang w:val="fr-FR"/>
              </w:rPr>
            </w:pPr>
          </w:p>
        </w:tc>
      </w:tr>
      <w:tr w:rsidR="004C46F5" w:rsidRPr="00325E38" w14:paraId="0F288CE0" w14:textId="77777777" w:rsidTr="00883087">
        <w:trPr>
          <w:trHeight w:val="408"/>
          <w:jc w:val="center"/>
        </w:trPr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DECB43" w14:textId="77777777" w:rsidR="004C46F5" w:rsidRPr="00325E38" w:rsidRDefault="004C46F5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28BCF4" w14:textId="6BD94286" w:rsidR="004C46F5" w:rsidRPr="00325E38" w:rsidRDefault="004C46F5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E5C0E5" w14:textId="77777777" w:rsidR="004C46F5" w:rsidRPr="00325E38" w:rsidRDefault="004C46F5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25EC61" w14:textId="5914F5D5" w:rsidR="004C46F5" w:rsidRPr="00325E38" w:rsidRDefault="004C46F5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EA2141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0A7031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7EB668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</w:tr>
      <w:tr w:rsidR="004C46F5" w:rsidRPr="00325E38" w14:paraId="3B346916" w14:textId="77777777" w:rsidTr="00883087">
        <w:trPr>
          <w:trHeight w:val="408"/>
          <w:jc w:val="center"/>
        </w:trPr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328ADE" w14:textId="7BCF11F4" w:rsidR="004C46F5" w:rsidRPr="00325E38" w:rsidRDefault="004C46F5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0642BD" w14:textId="77777777" w:rsidR="004C46F5" w:rsidRPr="00325E38" w:rsidRDefault="004C46F5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3B0934" w14:textId="77777777" w:rsidR="004C46F5" w:rsidRPr="00325E38" w:rsidRDefault="004C46F5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DCE0BE" w14:textId="53582261" w:rsidR="004C46F5" w:rsidRPr="00325E38" w:rsidRDefault="004C46F5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A68C21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5A7CD1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734BEC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</w:tr>
      <w:tr w:rsidR="004C46F5" w:rsidRPr="00325E38" w14:paraId="5F5901BA" w14:textId="77777777" w:rsidTr="00883087">
        <w:trPr>
          <w:trHeight w:val="408"/>
          <w:jc w:val="center"/>
        </w:trPr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708F02" w14:textId="66AA658A" w:rsidR="004C46F5" w:rsidRPr="00325E38" w:rsidRDefault="004C46F5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2B2E19" w14:textId="77777777" w:rsidR="004C46F5" w:rsidRPr="00325E38" w:rsidRDefault="004C46F5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943DE9" w14:textId="32F21B76" w:rsidR="004C46F5" w:rsidRPr="00325E38" w:rsidRDefault="004C46F5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1802C4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2EDAFE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94082F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0AB89C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</w:tr>
      <w:tr w:rsidR="004C46F5" w:rsidRPr="00325E38" w14:paraId="093CBE61" w14:textId="77777777" w:rsidTr="00883087">
        <w:trPr>
          <w:trHeight w:val="408"/>
          <w:jc w:val="center"/>
        </w:trPr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B98713" w14:textId="511FBA0D" w:rsidR="004C46F5" w:rsidRPr="00325E38" w:rsidRDefault="004C46F5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7FA5C4" w14:textId="77777777" w:rsidR="004C46F5" w:rsidRPr="00325E38" w:rsidRDefault="004C46F5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071D15" w14:textId="2DD03D7F" w:rsidR="004C46F5" w:rsidRPr="00325E38" w:rsidRDefault="004C46F5">
            <w:pPr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F3700A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1E1F6D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A872BC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  <w:tc>
          <w:tcPr>
            <w:tcW w:w="22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4683D9" w14:textId="77777777" w:rsidR="004C46F5" w:rsidRPr="00325E38" w:rsidRDefault="004C46F5">
            <w:pPr>
              <w:jc w:val="center"/>
              <w:rPr>
                <w:lang w:val="fr-FR"/>
              </w:rPr>
            </w:pPr>
          </w:p>
        </w:tc>
      </w:tr>
    </w:tbl>
    <w:p w14:paraId="60E288C1" w14:textId="79DA57A0" w:rsidR="007254C7" w:rsidRPr="00325E38" w:rsidRDefault="007254C7">
      <w:pPr>
        <w:spacing w:before="60" w:after="40"/>
        <w:rPr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73"/>
        <w:gridCol w:w="7773"/>
      </w:tblGrid>
      <w:tr w:rsidR="007254C7" w14:paraId="52628AEC" w14:textId="77777777" w:rsidTr="004C46F5">
        <w:trPr>
          <w:trHeight w:val="1344"/>
          <w:jc w:val="center"/>
        </w:trPr>
        <w:tc>
          <w:tcPr>
            <w:tcW w:w="77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A55031" w14:textId="31F15E6C" w:rsidR="007254C7" w:rsidRPr="004C46F5" w:rsidRDefault="001F29EA">
            <w:pPr>
              <w:spacing w:after="40"/>
              <w:rPr>
                <w:lang w:val="fr-FR"/>
              </w:rPr>
            </w:pPr>
            <w:r w:rsidRPr="004C46F5">
              <w:rPr>
                <w:b/>
                <w:color w:val="163A5F"/>
                <w:sz w:val="17"/>
                <w:lang w:val="fr-FR"/>
              </w:rPr>
              <w:t>RÈGLEMENT ET VALIDATION</w:t>
            </w:r>
          </w:p>
          <w:p w14:paraId="7A026035" w14:textId="545EB756" w:rsidR="007254C7" w:rsidRPr="004C46F5" w:rsidRDefault="001F29EA">
            <w:pPr>
              <w:spacing w:after="60"/>
              <w:rPr>
                <w:lang w:val="fr-FR"/>
              </w:rPr>
            </w:pPr>
            <w:r w:rsidRPr="004C46F5">
              <w:rPr>
                <w:sz w:val="17"/>
                <w:lang w:val="fr-FR"/>
              </w:rPr>
              <w:t xml:space="preserve">Mode :  ☐ Chèque    </w:t>
            </w:r>
            <w:r w:rsidRPr="004C46F5">
              <w:rPr>
                <w:sz w:val="17"/>
                <w:lang w:val="fr-FR"/>
              </w:rPr>
              <w:t xml:space="preserve">     ☐ Virement        Date : ....... / ....... / ............</w:t>
            </w:r>
          </w:p>
          <w:p w14:paraId="4831CD8F" w14:textId="56A72B9B" w:rsidR="007254C7" w:rsidRPr="004C46F5" w:rsidRDefault="001F29EA">
            <w:pPr>
              <w:spacing w:after="60"/>
              <w:rPr>
                <w:lang w:val="fr-FR"/>
              </w:rPr>
            </w:pPr>
            <w:r w:rsidRPr="004C46F5">
              <w:rPr>
                <w:sz w:val="17"/>
                <w:lang w:val="fr-FR"/>
              </w:rPr>
              <w:t>Informations complémentaires : ................................................................................................</w:t>
            </w:r>
          </w:p>
          <w:p w14:paraId="39A7CDFA" w14:textId="7F3D8F7A" w:rsidR="007254C7" w:rsidRPr="004C46F5" w:rsidRDefault="001F29EA">
            <w:pPr>
              <w:rPr>
                <w:lang w:val="fr-FR"/>
              </w:rPr>
            </w:pPr>
            <w:r w:rsidRPr="004C46F5">
              <w:rPr>
                <w:sz w:val="17"/>
                <w:lang w:val="fr-FR"/>
              </w:rPr>
              <w:t>Signature de l’archer : ____________________        Validation du club : ____________________</w:t>
            </w:r>
          </w:p>
        </w:tc>
        <w:tc>
          <w:tcPr>
            <w:tcW w:w="777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Style w:val="Grilledutableau"/>
              <w:tblW w:w="7772" w:type="dxa"/>
              <w:tblLayout w:type="fixed"/>
              <w:tblLook w:val="04A0" w:firstRow="1" w:lastRow="0" w:firstColumn="1" w:lastColumn="0" w:noHBand="0" w:noVBand="1"/>
            </w:tblPr>
            <w:tblGrid>
              <w:gridCol w:w="3886"/>
              <w:gridCol w:w="3886"/>
            </w:tblGrid>
            <w:tr w:rsidR="007254C7" w14:paraId="2806F34F" w14:textId="77777777" w:rsidTr="004C46F5">
              <w:trPr>
                <w:trHeight w:val="216"/>
              </w:trPr>
              <w:tc>
                <w:tcPr>
                  <w:tcW w:w="3886" w:type="dxa"/>
                  <w:shd w:val="clear" w:color="auto" w:fill="DCE8F2"/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7595C04A" w14:textId="77777777" w:rsidR="007254C7" w:rsidRDefault="001F29EA">
                  <w:pPr>
                    <w:jc w:val="right"/>
                  </w:pPr>
                  <w:r>
                    <w:rPr>
                      <w:b/>
                      <w:color w:val="163A5F"/>
                    </w:rPr>
                    <w:t>Sous-total</w:t>
                  </w:r>
                </w:p>
              </w:tc>
              <w:tc>
                <w:tcPr>
                  <w:tcW w:w="3886" w:type="dxa"/>
                  <w:shd w:val="clear" w:color="auto" w:fill="DCE8F2"/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0CFEDA3C" w14:textId="77777777" w:rsidR="007254C7" w:rsidRDefault="001F29EA">
                  <w:pPr>
                    <w:jc w:val="center"/>
                  </w:pPr>
                  <w:r>
                    <w:rPr>
                      <w:b/>
                      <w:color w:val="000000"/>
                    </w:rPr>
                    <w:t>........ €</w:t>
                  </w:r>
                </w:p>
              </w:tc>
            </w:tr>
            <w:tr w:rsidR="007254C7" w14:paraId="5C5B675C" w14:textId="77777777" w:rsidTr="004C46F5">
              <w:trPr>
                <w:trHeight w:val="231"/>
              </w:trPr>
              <w:tc>
                <w:tcPr>
                  <w:tcW w:w="3886" w:type="dxa"/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2DB0EA6D" w14:textId="77777777" w:rsidR="007254C7" w:rsidRDefault="001F29EA">
                  <w:pPr>
                    <w:jc w:val="right"/>
                  </w:pPr>
                  <w:r>
                    <w:rPr>
                      <w:b/>
                      <w:color w:val="163A5F"/>
                    </w:rPr>
                    <w:t>Participation / remise</w:t>
                  </w:r>
                </w:p>
              </w:tc>
              <w:tc>
                <w:tcPr>
                  <w:tcW w:w="3886" w:type="dxa"/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771E316F" w14:textId="77777777" w:rsidR="007254C7" w:rsidRDefault="001F29EA">
                  <w:pPr>
                    <w:jc w:val="center"/>
                  </w:pPr>
                  <w:r>
                    <w:rPr>
                      <w:b/>
                      <w:color w:val="000000"/>
                    </w:rPr>
                    <w:t>........ €</w:t>
                  </w:r>
                </w:p>
              </w:tc>
            </w:tr>
            <w:tr w:rsidR="007254C7" w14:paraId="486B8EEB" w14:textId="77777777" w:rsidTr="004C46F5">
              <w:trPr>
                <w:trHeight w:val="216"/>
              </w:trPr>
              <w:tc>
                <w:tcPr>
                  <w:tcW w:w="3886" w:type="dxa"/>
                  <w:shd w:val="clear" w:color="auto" w:fill="DBE5F1" w:themeFill="accent1" w:themeFillTint="33"/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39990DF6" w14:textId="77777777" w:rsidR="007254C7" w:rsidRPr="004C46F5" w:rsidRDefault="001F29EA">
                  <w:pPr>
                    <w:jc w:val="right"/>
                  </w:pPr>
                  <w:r w:rsidRPr="004C46F5">
                    <w:rPr>
                      <w:b/>
                    </w:rPr>
                    <w:t>TOTAL À RÉGLER</w:t>
                  </w:r>
                </w:p>
              </w:tc>
              <w:tc>
                <w:tcPr>
                  <w:tcW w:w="3886" w:type="dxa"/>
                  <w:shd w:val="clear" w:color="auto" w:fill="DBE5F1" w:themeFill="accent1" w:themeFillTint="33"/>
                  <w:tcMar>
                    <w:top w:w="90" w:type="dxa"/>
                    <w:left w:w="100" w:type="dxa"/>
                    <w:bottom w:w="90" w:type="dxa"/>
                    <w:right w:w="100" w:type="dxa"/>
                  </w:tcMar>
                  <w:vAlign w:val="center"/>
                </w:tcPr>
                <w:p w14:paraId="3FB97288" w14:textId="77777777" w:rsidR="007254C7" w:rsidRPr="004C46F5" w:rsidRDefault="001F29EA">
                  <w:pPr>
                    <w:jc w:val="center"/>
                  </w:pPr>
                  <w:r w:rsidRPr="004C46F5">
                    <w:rPr>
                      <w:b/>
                    </w:rPr>
                    <w:t>........ €</w:t>
                  </w:r>
                </w:p>
              </w:tc>
            </w:tr>
          </w:tbl>
          <w:p w14:paraId="61569A19" w14:textId="77777777" w:rsidR="007254C7" w:rsidRDefault="007254C7"/>
        </w:tc>
      </w:tr>
    </w:tbl>
    <w:p w14:paraId="29785168" w14:textId="0DA90416" w:rsidR="007254C7" w:rsidRPr="004C46F5" w:rsidRDefault="001F29EA">
      <w:pPr>
        <w:spacing w:before="40" w:after="0"/>
        <w:jc w:val="center"/>
        <w:rPr>
          <w:i/>
          <w:color w:val="5B6570"/>
          <w:sz w:val="15"/>
          <w:lang w:val="fr-FR"/>
        </w:rPr>
      </w:pPr>
      <w:r w:rsidRPr="004C46F5">
        <w:rPr>
          <w:i/>
          <w:color w:val="5B6570"/>
          <w:sz w:val="15"/>
          <w:lang w:val="fr-FR"/>
        </w:rPr>
        <w:t>Commande définitive après validation par le club. Archers d'Hérouville - Saison 2026-2027</w:t>
      </w:r>
    </w:p>
    <w:p w14:paraId="79D76D56" w14:textId="3AF3DE2A" w:rsidR="004C46F5" w:rsidRPr="004C46F5" w:rsidRDefault="004C46F5" w:rsidP="004C46F5">
      <w:pPr>
        <w:tabs>
          <w:tab w:val="left" w:pos="1365"/>
        </w:tabs>
        <w:rPr>
          <w:lang w:val="fr-FR"/>
        </w:rPr>
      </w:pPr>
      <w:r w:rsidRPr="004C46F5">
        <w:rPr>
          <w:lang w:val="fr-FR"/>
        </w:rPr>
        <w:tab/>
      </w:r>
    </w:p>
    <w:sectPr w:rsidR="004C46F5" w:rsidRPr="004C46F5" w:rsidSect="00034616">
      <w:headerReference w:type="default" r:id="rId8"/>
      <w:pgSz w:w="16838" w:h="11906" w:orient="landscape"/>
      <w:pgMar w:top="454" w:right="510" w:bottom="397" w:left="5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6C4EB" w14:textId="77777777" w:rsidR="001F29EA" w:rsidRDefault="001F29EA" w:rsidP="004C46F5">
      <w:pPr>
        <w:spacing w:after="0" w:line="240" w:lineRule="auto"/>
      </w:pPr>
      <w:r>
        <w:separator/>
      </w:r>
    </w:p>
  </w:endnote>
  <w:endnote w:type="continuationSeparator" w:id="0">
    <w:p w14:paraId="3D4D175F" w14:textId="77777777" w:rsidR="001F29EA" w:rsidRDefault="001F29EA" w:rsidP="004C4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ECB5F" w14:textId="77777777" w:rsidR="001F29EA" w:rsidRDefault="001F29EA" w:rsidP="004C46F5">
      <w:pPr>
        <w:spacing w:after="0" w:line="240" w:lineRule="auto"/>
      </w:pPr>
      <w:r>
        <w:separator/>
      </w:r>
    </w:p>
  </w:footnote>
  <w:footnote w:type="continuationSeparator" w:id="0">
    <w:p w14:paraId="4DFA7A7D" w14:textId="77777777" w:rsidR="001F29EA" w:rsidRDefault="001F29EA" w:rsidP="004C4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80E74" w14:textId="0CCD0AD6" w:rsidR="004C46F5" w:rsidRDefault="004C46F5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9115DA" wp14:editId="0F68BDEA">
          <wp:simplePos x="0" y="0"/>
          <wp:positionH relativeFrom="column">
            <wp:posOffset>171450</wp:posOffset>
          </wp:positionH>
          <wp:positionV relativeFrom="paragraph">
            <wp:posOffset>-257175</wp:posOffset>
          </wp:positionV>
          <wp:extent cx="714375" cy="863462"/>
          <wp:effectExtent l="0" t="0" r="0" b="0"/>
          <wp:wrapNone/>
          <wp:docPr id="154506134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863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0561931">
    <w:abstractNumId w:val="8"/>
  </w:num>
  <w:num w:numId="2" w16cid:durableId="1432166584">
    <w:abstractNumId w:val="6"/>
  </w:num>
  <w:num w:numId="3" w16cid:durableId="1263948798">
    <w:abstractNumId w:val="5"/>
  </w:num>
  <w:num w:numId="4" w16cid:durableId="825129865">
    <w:abstractNumId w:val="4"/>
  </w:num>
  <w:num w:numId="5" w16cid:durableId="1053650157">
    <w:abstractNumId w:val="7"/>
  </w:num>
  <w:num w:numId="6" w16cid:durableId="667710847">
    <w:abstractNumId w:val="3"/>
  </w:num>
  <w:num w:numId="7" w16cid:durableId="1686321621">
    <w:abstractNumId w:val="2"/>
  </w:num>
  <w:num w:numId="8" w16cid:durableId="1514764993">
    <w:abstractNumId w:val="1"/>
  </w:num>
  <w:num w:numId="9" w16cid:durableId="2017150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29EA"/>
    <w:rsid w:val="0029639D"/>
    <w:rsid w:val="00325E38"/>
    <w:rsid w:val="00326F90"/>
    <w:rsid w:val="004C46F5"/>
    <w:rsid w:val="007254C7"/>
    <w:rsid w:val="00883087"/>
    <w:rsid w:val="00AA1D8D"/>
    <w:rsid w:val="00B47730"/>
    <w:rsid w:val="00CB0664"/>
    <w:rsid w:val="00E52A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03E190"/>
  <w14:defaultImageDpi w14:val="300"/>
  <w15:docId w15:val="{DD04967E-F000-4C88-ABC9-2781CF9D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193</Words>
  <Characters>919</Characters>
  <Application>Microsoft Office Word</Application>
  <DocSecurity>0</DocSecurity>
  <Lines>70</Lines>
  <Paragraphs>58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TAFFARD, Vincent</dc:creator>
  <cp:keywords/>
  <dc:description>generated by python-docx</dc:description>
  <cp:lastModifiedBy>TAFFARD, Vincent</cp:lastModifiedBy>
  <cp:revision>3</cp:revision>
  <dcterms:created xsi:type="dcterms:W3CDTF">2026-09-01T19:02:00Z</dcterms:created>
  <dcterms:modified xsi:type="dcterms:W3CDTF">2026-09-01T19:04:00Z</dcterms:modified>
  <cp:category/>
</cp:coreProperties>
</file>